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A3149" w14:textId="527D1CB2" w:rsidR="004F2AB6" w:rsidRDefault="004F2AB6">
      <w:pPr>
        <w:pStyle w:val="Title"/>
        <w:jc w:val="center"/>
      </w:pPr>
      <w:r w:rsidRPr="004F2AB6">
        <w:drawing>
          <wp:inline distT="0" distB="0" distL="0" distR="0" wp14:anchorId="24C2AF95" wp14:editId="5BD6B594">
            <wp:extent cx="1695687" cy="1686160"/>
            <wp:effectExtent l="0" t="0" r="0" b="0"/>
            <wp:docPr id="2268211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82111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95687" cy="168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C0A29" w14:textId="77777777" w:rsidR="004F2AB6" w:rsidRDefault="004F2AB6">
      <w:pPr>
        <w:pStyle w:val="Title"/>
        <w:jc w:val="center"/>
      </w:pPr>
    </w:p>
    <w:p w14:paraId="29B133B1" w14:textId="40A166A8" w:rsidR="00B46F78" w:rsidRDefault="00000000">
      <w:pPr>
        <w:pStyle w:val="Title"/>
        <w:jc w:val="center"/>
      </w:pPr>
      <w:r>
        <w:t>School Policy Form</w:t>
      </w:r>
    </w:p>
    <w:p w14:paraId="08AC8AB8" w14:textId="77777777" w:rsidR="007763F3" w:rsidRDefault="007763F3" w:rsidP="007763F3">
      <w:pPr>
        <w:rPr>
          <w:b/>
          <w:bCs/>
        </w:rPr>
      </w:pPr>
      <w:r w:rsidRPr="00A30B98">
        <w:rPr>
          <w:b/>
          <w:bCs/>
        </w:rPr>
        <w:t>Contact Details: -</w:t>
      </w:r>
    </w:p>
    <w:p w14:paraId="5E525942" w14:textId="77777777" w:rsidR="007763F3" w:rsidRPr="00A30B98" w:rsidRDefault="007763F3" w:rsidP="007763F3">
      <w:r>
        <w:t>1 Harare Drive and Borrowdale Rd, Harare</w:t>
      </w:r>
    </w:p>
    <w:p w14:paraId="18371D75" w14:textId="77777777" w:rsidR="007763F3" w:rsidRPr="00A30B98" w:rsidRDefault="007763F3" w:rsidP="007763F3">
      <w:r w:rsidRPr="00A30B98">
        <w:t xml:space="preserve">0786700990, 0772901243, 0777463462, 0716959452 </w:t>
      </w:r>
    </w:p>
    <w:p w14:paraId="1571DB3C" w14:textId="77777777" w:rsidR="007763F3" w:rsidRPr="00A30B98" w:rsidRDefault="007763F3" w:rsidP="007763F3">
      <w:hyperlink r:id="rId7" w:history="1">
        <w:r w:rsidRPr="00A30B98">
          <w:rPr>
            <w:rStyle w:val="Hyperlink"/>
          </w:rPr>
          <w:t>admin@tutorialhomeschool.co.zw</w:t>
        </w:r>
      </w:hyperlink>
      <w:r w:rsidRPr="00A30B98">
        <w:t xml:space="preserve">, </w:t>
      </w:r>
      <w:hyperlink r:id="rId8" w:history="1">
        <w:r w:rsidRPr="00A30B98">
          <w:rPr>
            <w:rStyle w:val="Hyperlink"/>
          </w:rPr>
          <w:t>enquires@tutorialhomeschool.co.zw</w:t>
        </w:r>
      </w:hyperlink>
    </w:p>
    <w:p w14:paraId="00AFDED6" w14:textId="77777777" w:rsidR="007763F3" w:rsidRDefault="007763F3" w:rsidP="007763F3">
      <w:hyperlink r:id="rId9" w:history="1">
        <w:r w:rsidRPr="00A30B98">
          <w:rPr>
            <w:rStyle w:val="Hyperlink"/>
          </w:rPr>
          <w:t>www.tutorialhomeschool.co.zw</w:t>
        </w:r>
      </w:hyperlink>
    </w:p>
    <w:p w14:paraId="08518C4F" w14:textId="77777777" w:rsidR="007763F3" w:rsidRDefault="007763F3" w:rsidP="007763F3"/>
    <w:p w14:paraId="0E18E7E4" w14:textId="1C3DC23E" w:rsidR="00B46F78" w:rsidRDefault="00000000" w:rsidP="007763F3">
      <w:proofErr w:type="gramStart"/>
      <w:r>
        <w:t>PLEASE  read</w:t>
      </w:r>
      <w:proofErr w:type="gramEnd"/>
      <w:r>
        <w:t xml:space="preserve"> the </w:t>
      </w:r>
      <w:proofErr w:type="gramStart"/>
      <w:r>
        <w:t>policies,  terms</w:t>
      </w:r>
      <w:proofErr w:type="gramEnd"/>
      <w:r>
        <w:t xml:space="preserve">  and </w:t>
      </w:r>
      <w:proofErr w:type="gramStart"/>
      <w:r>
        <w:t>conditions  governing</w:t>
      </w:r>
      <w:proofErr w:type="gramEnd"/>
      <w:r>
        <w:t xml:space="preserve">  </w:t>
      </w:r>
      <w:proofErr w:type="gramStart"/>
      <w:r>
        <w:t>admission  to</w:t>
      </w:r>
      <w:proofErr w:type="gramEnd"/>
      <w:r>
        <w:t xml:space="preserve"> the </w:t>
      </w:r>
      <w:proofErr w:type="gramStart"/>
      <w:r>
        <w:t>School</w:t>
      </w:r>
      <w:proofErr w:type="gramEnd"/>
      <w:r>
        <w:t xml:space="preserve"> </w:t>
      </w:r>
      <w:proofErr w:type="gramStart"/>
      <w:r>
        <w:t>and  the</w:t>
      </w:r>
      <w:proofErr w:type="gramEnd"/>
    </w:p>
    <w:p w14:paraId="6C84E074" w14:textId="77777777" w:rsidR="00B46F78" w:rsidRDefault="00000000">
      <w:r>
        <w:t>child’s continued enrolment as student at the School, as set out below: PERSONAL</w:t>
      </w:r>
    </w:p>
    <w:p w14:paraId="40A3BF0C" w14:textId="77777777" w:rsidR="00B46F78" w:rsidRDefault="00000000">
      <w:r>
        <w:t>INFORMATION</w:t>
      </w:r>
    </w:p>
    <w:p w14:paraId="64E50167" w14:textId="77777777" w:rsidR="00B46F78" w:rsidRDefault="00000000">
      <w:r>
        <w:t>1. Parents  understand  that any false, inaccurate  or misleading  information  could lead</w:t>
      </w:r>
    </w:p>
    <w:p w14:paraId="4073C8A6" w14:textId="77777777" w:rsidR="00B46F78" w:rsidRDefault="00000000">
      <w:r>
        <w:t>to rejection  of the application  to be admitted  or to the child’s  offer of  a place in</w:t>
      </w:r>
    </w:p>
    <w:p w14:paraId="34E5684A" w14:textId="77777777" w:rsidR="00B46F78" w:rsidRDefault="00000000">
      <w:r>
        <w:t>this School  being  withdrawn  by the school.</w:t>
      </w:r>
    </w:p>
    <w:p w14:paraId="5FDEAC82" w14:textId="77777777" w:rsidR="00B46F78" w:rsidRDefault="00000000">
      <w:r>
        <w:t>2. The parent  must at all times  inform  the school  of any changes  to information  given</w:t>
      </w:r>
    </w:p>
    <w:p w14:paraId="7C8CD7F5" w14:textId="77777777" w:rsidR="00B46F78" w:rsidRDefault="00000000">
      <w:r>
        <w:t>on admission  in writing.  This includes  but is not limited  to residential  address  and</w:t>
      </w:r>
    </w:p>
    <w:p w14:paraId="4245BEF3" w14:textId="77777777" w:rsidR="00B46F78" w:rsidRDefault="00000000">
      <w:r>
        <w:t>employment status.</w:t>
      </w:r>
    </w:p>
    <w:p w14:paraId="08BB4E51" w14:textId="77777777" w:rsidR="00B46F78" w:rsidRDefault="00000000">
      <w:r>
        <w:t>3. The School  reserves  all rights  and interests  in any intellectual  property  rights  arising</w:t>
      </w:r>
    </w:p>
    <w:p w14:paraId="14B82B55" w14:textId="77777777" w:rsidR="00B46F78" w:rsidRDefault="00000000">
      <w:r>
        <w:t>as a result  of the actions  of a Student  in conjunction  with any member  of staff of the</w:t>
      </w:r>
    </w:p>
    <w:p w14:paraId="78630E4D" w14:textId="77777777" w:rsidR="00B46F78" w:rsidRDefault="00000000">
      <w:r>
        <w:lastRenderedPageBreak/>
        <w:t>School and/or other Students at the School for a purpose associated with the</w:t>
      </w:r>
    </w:p>
    <w:p w14:paraId="0B28A98B" w14:textId="77777777" w:rsidR="00B46F78" w:rsidRDefault="00000000">
      <w:r>
        <w:t>School.  Any use of any such intellectual  property  rights  by a Student  is subject  to</w:t>
      </w:r>
    </w:p>
    <w:p w14:paraId="31FCFFDB" w14:textId="77777777" w:rsidR="00B46F78" w:rsidRDefault="00000000">
      <w:r>
        <w:t>the terms  of a licence  to be agreed  prior to the use between  the Student,  his/her</w:t>
      </w:r>
    </w:p>
    <w:p w14:paraId="51F03D8A" w14:textId="77777777" w:rsidR="00B46F78" w:rsidRDefault="00000000">
      <w:r>
        <w:t>Parents and the School. The School will allow the Student’s role in</w:t>
      </w:r>
    </w:p>
    <w:p w14:paraId="0875ADD4" w14:textId="77777777" w:rsidR="00B46F78" w:rsidRDefault="00000000">
      <w:r>
        <w:t>creation/development  of intellectual property  rights  to be acknowledged.</w:t>
      </w:r>
    </w:p>
    <w:p w14:paraId="259A5790" w14:textId="77777777" w:rsidR="00B46F78" w:rsidRDefault="00000000">
      <w:r>
        <w:t>4. All notices,  letters  and correspondence  from the School  may be sent to the parent</w:t>
      </w:r>
    </w:p>
    <w:p w14:paraId="2D1DF5F9" w14:textId="77777777" w:rsidR="00B46F78" w:rsidRDefault="00000000">
      <w:r>
        <w:t>at the address  set out in the Application  for Admission  Form and shall be deemed</w:t>
      </w:r>
    </w:p>
    <w:p w14:paraId="71720FF2" w14:textId="77777777" w:rsidR="00B46F78" w:rsidRDefault="00000000">
      <w:r>
        <w:t>sufficiently  served  if sent by electronic  mail, WhatsApp,  WeChat,  ordinary  post or if</w:t>
      </w:r>
    </w:p>
    <w:p w14:paraId="3FDAA37C" w14:textId="77777777" w:rsidR="00B46F78" w:rsidRDefault="00000000">
      <w:r>
        <w:t>the same  is handed  over to the child.</w:t>
      </w:r>
    </w:p>
    <w:p w14:paraId="41BEAD87" w14:textId="77777777" w:rsidR="00B46F78" w:rsidRDefault="00000000">
      <w:r>
        <w:t>APPLICATION  FEE AND ADMISSIONS  PROCESS</w:t>
      </w:r>
    </w:p>
    <w:p w14:paraId="4B13F9F2" w14:textId="77777777" w:rsidR="00B46F78" w:rsidRDefault="00000000">
      <w:r>
        <w:t>5. An ‘Application  Fee’ is payable  in full for each submission  of the Application  after which</w:t>
      </w:r>
    </w:p>
    <w:p w14:paraId="586893F3" w14:textId="77777777" w:rsidR="00B46F78" w:rsidRDefault="00000000">
      <w:r>
        <w:t>the Applicant is a candidate.</w:t>
      </w:r>
    </w:p>
    <w:p w14:paraId="3F00C5B7" w14:textId="77777777" w:rsidR="00B46F78" w:rsidRDefault="00000000">
      <w:r>
        <w:t>6. Applicants will be considered as candidates for admission and entry to the School</w:t>
      </w:r>
    </w:p>
    <w:p w14:paraId="1BADE1AA" w14:textId="77777777" w:rsidR="00B46F78" w:rsidRDefault="00000000">
      <w:r>
        <w:t>when the Application form has been completed and returned to us and the non -</w:t>
      </w:r>
    </w:p>
    <w:p w14:paraId="78B6E49C" w14:textId="77777777" w:rsidR="00B46F78" w:rsidRDefault="00000000">
      <w:r>
        <w:t>refundable/non -transferable Application Fee paid and cleared.</w:t>
      </w:r>
    </w:p>
    <w:p w14:paraId="1B6D3B2C" w14:textId="77777777" w:rsidR="00B46F78" w:rsidRDefault="00000000">
      <w:r>
        <w:t>7. Admission  and entry will be subject  to the availability  of a place and the child satisfying</w:t>
      </w:r>
    </w:p>
    <w:p w14:paraId="4883BC42" w14:textId="77777777" w:rsidR="00B46F78" w:rsidRDefault="00000000">
      <w:r>
        <w:t>the admission requirements at the time. The receipt of the Application Fee by the</w:t>
      </w:r>
    </w:p>
    <w:p w14:paraId="00DA0F70" w14:textId="77777777" w:rsidR="00B46F78" w:rsidRDefault="00000000">
      <w:r>
        <w:t>School  does not oblige  the School  to admit  the child. “Admission”  occurs  when Parents</w:t>
      </w:r>
    </w:p>
    <w:p w14:paraId="488EFEE6" w14:textId="77777777" w:rsidR="00B46F78" w:rsidRDefault="00000000">
      <w:r>
        <w:t>accept  the offer of a place.  "Entry" is the date when a child attends  the School  for the</w:t>
      </w:r>
    </w:p>
    <w:p w14:paraId="30D594C6" w14:textId="77777777" w:rsidR="00B46F78" w:rsidRDefault="00000000">
      <w:r>
        <w:t>first time under  this contract.</w:t>
      </w:r>
    </w:p>
    <w:p w14:paraId="0CB93F5B" w14:textId="77777777" w:rsidR="00B46F78" w:rsidRDefault="00000000">
      <w:r>
        <w:t>8. The Application  Fee covers  an application  for admission  to the School  for the Term and</w:t>
      </w:r>
    </w:p>
    <w:p w14:paraId="39C04E37" w14:textId="77777777" w:rsidR="00B46F78" w:rsidRDefault="00000000">
      <w:r>
        <w:t>Academic Year applied for. A new Application Fee will be imposed if any of the</w:t>
      </w:r>
    </w:p>
    <w:p w14:paraId="21856AC0" w14:textId="77777777" w:rsidR="00B46F78" w:rsidRDefault="00000000">
      <w:r>
        <w:t>following  occurs:  a. A deferment  of an application  to a future  Term/Academic  year for</w:t>
      </w:r>
    </w:p>
    <w:p w14:paraId="165D0844" w14:textId="77777777" w:rsidR="00B46F78" w:rsidRDefault="00000000">
      <w:r>
        <w:t>more than (1) one time.</w:t>
      </w:r>
    </w:p>
    <w:p w14:paraId="0A12DB3E" w14:textId="77777777" w:rsidR="00B46F78" w:rsidRDefault="00000000">
      <w:r>
        <w:t>a) The application  is withdrawn  by parents/guardian  with or without  an offer of place.</w:t>
      </w:r>
    </w:p>
    <w:p w14:paraId="10719864" w14:textId="77777777" w:rsidR="00B46F78" w:rsidRDefault="00000000">
      <w:r>
        <w:t>b) The application is unsuccessful for the second time due to unsatisfactory</w:t>
      </w:r>
    </w:p>
    <w:p w14:paraId="70EFF703" w14:textId="77777777" w:rsidR="00B46F78" w:rsidRDefault="00000000">
      <w:r>
        <w:lastRenderedPageBreak/>
        <w:t>assessments.</w:t>
      </w:r>
    </w:p>
    <w:p w14:paraId="40E42141" w14:textId="77777777" w:rsidR="00B46F78" w:rsidRDefault="00000000">
      <w:r>
        <w:br w:type="page"/>
      </w:r>
    </w:p>
    <w:p w14:paraId="0ADC9B80" w14:textId="3B8066A0" w:rsidR="00B46F78" w:rsidRDefault="00000000">
      <w:r>
        <w:lastRenderedPageBreak/>
        <w:t>c) Parents/</w:t>
      </w:r>
      <w:proofErr w:type="gramStart"/>
      <w:r>
        <w:t>Guardians  do</w:t>
      </w:r>
      <w:proofErr w:type="gramEnd"/>
      <w:r>
        <w:t xml:space="preserve"> not </w:t>
      </w:r>
      <w:proofErr w:type="gramStart"/>
      <w:r>
        <w:t>respond  by</w:t>
      </w:r>
      <w:proofErr w:type="gramEnd"/>
      <w:r>
        <w:t xml:space="preserve"> a </w:t>
      </w:r>
      <w:proofErr w:type="gramStart"/>
      <w:r>
        <w:t>stipulated  date</w:t>
      </w:r>
      <w:proofErr w:type="gramEnd"/>
      <w:r>
        <w:t xml:space="preserve"> to </w:t>
      </w:r>
      <w:proofErr w:type="gramStart"/>
      <w:r>
        <w:t>accept  the</w:t>
      </w:r>
      <w:proofErr w:type="gramEnd"/>
      <w:r>
        <w:t xml:space="preserve"> offer.</w:t>
      </w:r>
    </w:p>
    <w:p w14:paraId="4C462BA8" w14:textId="77777777" w:rsidR="00B46F78" w:rsidRDefault="00000000">
      <w:r>
        <w:t>d) Parents/Guardians are no longer in contact with the school at the last known</w:t>
      </w:r>
    </w:p>
    <w:p w14:paraId="3B05A1AD" w14:textId="77777777" w:rsidR="00B46F78" w:rsidRDefault="00000000">
      <w:r>
        <w:t>address.</w:t>
      </w:r>
    </w:p>
    <w:p w14:paraId="621834ED" w14:textId="77777777" w:rsidR="00B46F78" w:rsidRDefault="00000000">
      <w:r>
        <w:t>e) Any other  terms  and conditions  not mentioned  herein,  governing  Enrolment  and</w:t>
      </w:r>
    </w:p>
    <w:p w14:paraId="55B34216" w14:textId="77777777" w:rsidR="00B46F78" w:rsidRDefault="00000000">
      <w:r>
        <w:t>Admission.</w:t>
      </w:r>
    </w:p>
    <w:p w14:paraId="58FB2599" w14:textId="77777777" w:rsidR="00B46F78" w:rsidRDefault="00000000">
      <w:r>
        <w:t>9. If the assessment  results  are not satisfactory,  the Parent  shall inform  the Admissions</w:t>
      </w:r>
    </w:p>
    <w:p w14:paraId="35DE5618" w14:textId="77777777" w:rsidR="00B46F78" w:rsidRDefault="00000000">
      <w:r>
        <w:t>personnel  should  he/she  decide  to re-apply or otherwise,  within  the stipulated  date as</w:t>
      </w:r>
    </w:p>
    <w:p w14:paraId="2D99A5B2" w14:textId="77777777" w:rsidR="00B46F78" w:rsidRDefault="00000000">
      <w:r>
        <w:t>stated  in the Rejection  letter.  Parents  may re-apply for the future,  with at least six (6)</w:t>
      </w:r>
    </w:p>
    <w:p w14:paraId="7A76625F" w14:textId="77777777" w:rsidR="00B46F78" w:rsidRDefault="00000000">
      <w:r>
        <w:t>months’  gap from the last assessment,  with no additional  cost involved.</w:t>
      </w:r>
    </w:p>
    <w:p w14:paraId="2AA8C602" w14:textId="77777777" w:rsidR="00B46F78" w:rsidRDefault="00000000">
      <w:r>
        <w:t>10. If an offer is declined by the Parent in writing or by default, the application will</w:t>
      </w:r>
    </w:p>
    <w:p w14:paraId="27C0F8FE" w14:textId="77777777" w:rsidR="00B46F78" w:rsidRDefault="00000000">
      <w:r>
        <w:t>automatically be cancelled.</w:t>
      </w:r>
    </w:p>
    <w:p w14:paraId="311CFFF1" w14:textId="77777777" w:rsidR="00B46F78" w:rsidRDefault="00000000">
      <w:r>
        <w:t>11. The admission  of the child is at the absolute  discretion  of the School  and the School  is</w:t>
      </w:r>
    </w:p>
    <w:p w14:paraId="409387F5" w14:textId="77777777" w:rsidR="00B46F78" w:rsidRDefault="00000000">
      <w:r>
        <w:t>not obliged to offer any justification for the rejection of any application. Similarly,</w:t>
      </w:r>
    </w:p>
    <w:p w14:paraId="76D39FD0" w14:textId="77777777" w:rsidR="00B46F78" w:rsidRDefault="00000000">
      <w:r>
        <w:t>placement  of the child is also at the absolute  discretion  of the School  and in this regard,</w:t>
      </w:r>
    </w:p>
    <w:p w14:paraId="2FA6D84A" w14:textId="77777777" w:rsidR="00B46F78" w:rsidRDefault="00000000">
      <w:r>
        <w:t>the School  generally  takes into consideration  various  factors,  including  the child’s  age,</w:t>
      </w:r>
    </w:p>
    <w:p w14:paraId="2EC44DC0" w14:textId="77777777" w:rsidR="00B46F78" w:rsidRDefault="00000000">
      <w:r>
        <w:t>academic  ability,  level of achievement  relative  to the School’s  current  students  and</w:t>
      </w:r>
    </w:p>
    <w:p w14:paraId="3BE78170" w14:textId="77777777" w:rsidR="00B46F78" w:rsidRDefault="00000000">
      <w:r>
        <w:t>the child’s behaviour.</w:t>
      </w:r>
    </w:p>
    <w:p w14:paraId="3B5D727D" w14:textId="77777777" w:rsidR="00B46F78" w:rsidRDefault="00000000">
      <w:r>
        <w:t>FEES</w:t>
      </w:r>
    </w:p>
    <w:p w14:paraId="0AFE0639" w14:textId="77777777" w:rsidR="00B46F78" w:rsidRDefault="00000000">
      <w:r>
        <w:t>12. On being  offered  a place,  the parent  shall pay immediately  the required  registration</w:t>
      </w:r>
    </w:p>
    <w:p w14:paraId="4E415FE5" w14:textId="77777777" w:rsidR="00B46F78" w:rsidRDefault="00000000">
      <w:r>
        <w:t>fees, a non-refundable  administration  fee of USD  ................................ ........  , and other  fees</w:t>
      </w:r>
    </w:p>
    <w:p w14:paraId="3D08ADF5" w14:textId="77777777" w:rsidR="00B46F78" w:rsidRDefault="00000000">
      <w:r>
        <w:t>applicable  for the term for which  the place is offered.</w:t>
      </w:r>
    </w:p>
    <w:p w14:paraId="11065AB6" w14:textId="77777777" w:rsidR="00B46F78" w:rsidRDefault="00000000">
      <w:r>
        <w:t>13. Please  note that fees are open to review  and that the fees indicated  on the current</w:t>
      </w:r>
    </w:p>
    <w:p w14:paraId="3BD2AF44" w14:textId="77777777" w:rsidR="00B46F78" w:rsidRDefault="00000000">
      <w:r>
        <w:t>fee schedule  may not be the fees applicable  for subsequent  terms.  For the avoidance</w:t>
      </w:r>
    </w:p>
    <w:p w14:paraId="1C9A918E" w14:textId="77777777" w:rsidR="00B46F78" w:rsidRDefault="00000000">
      <w:r>
        <w:t>of doubt,  the School  reserves  the right to revise  the fee payable.</w:t>
      </w:r>
    </w:p>
    <w:p w14:paraId="70CEC3DB" w14:textId="77777777" w:rsidR="00B46F78" w:rsidRDefault="00000000">
      <w:r>
        <w:t>14. There  shall be no claim for the reimbursement  of school  fees made  against  the school</w:t>
      </w:r>
    </w:p>
    <w:p w14:paraId="473CAF81" w14:textId="77777777" w:rsidR="00B46F78" w:rsidRDefault="00000000">
      <w:r>
        <w:t>were a student has been enrolled, attends school and then is withdrawn from the</w:t>
      </w:r>
    </w:p>
    <w:p w14:paraId="7E25C6F2" w14:textId="77777777" w:rsidR="00B46F78" w:rsidRDefault="00000000">
      <w:r>
        <w:lastRenderedPageBreak/>
        <w:t>school after attending lessons. The school may however reimburse school fees in</w:t>
      </w:r>
    </w:p>
    <w:p w14:paraId="0A4E1F03" w14:textId="77777777" w:rsidR="00B46F78" w:rsidRDefault="00000000">
      <w:r>
        <w:t>respect  of a student  who has paid school fees  but has not attended  classes.  The school</w:t>
      </w:r>
    </w:p>
    <w:p w14:paraId="72087B8C" w14:textId="77777777" w:rsidR="00B46F78" w:rsidRDefault="00000000">
      <w:r>
        <w:t>shall only make  such reimbursement  after the school  term has terminated.</w:t>
      </w:r>
    </w:p>
    <w:p w14:paraId="4A78924F" w14:textId="77777777" w:rsidR="00B46F78" w:rsidRDefault="00000000">
      <w:r>
        <w:t>15. Fees for subsequent terms are payable in advance, to be paid before the</w:t>
      </w:r>
    </w:p>
    <w:p w14:paraId="0E91C2A2" w14:textId="77777777" w:rsidR="00B46F78" w:rsidRDefault="00000000">
      <w:r>
        <w:t>commencement  of the first day of the term.  There  shall be a 20% penalty  added  to</w:t>
      </w:r>
    </w:p>
    <w:p w14:paraId="08E483D7" w14:textId="77777777" w:rsidR="00B46F78" w:rsidRDefault="00000000">
      <w:r>
        <w:t>any outstanding  balance  past due, which  is a genuine  pre-estimate  of the cost to the</w:t>
      </w:r>
    </w:p>
    <w:p w14:paraId="41A2916B" w14:textId="77777777" w:rsidR="00B46F78" w:rsidRDefault="00000000">
      <w:r>
        <w:t>School of a default.</w:t>
      </w:r>
    </w:p>
    <w:p w14:paraId="14B18632" w14:textId="77777777" w:rsidR="00B46F78" w:rsidRDefault="00000000">
      <w:r>
        <w:t>16. Failure  to pay school  fees and any other  outstanding  financial  obligations  by the last</w:t>
      </w:r>
    </w:p>
    <w:p w14:paraId="7975FB36" w14:textId="77777777" w:rsidR="00B46F78" w:rsidRDefault="00000000">
      <w:r>
        <w:t>day of the term will result in the school commencing legal action against the</w:t>
      </w:r>
    </w:p>
    <w:p w14:paraId="3E3338A9" w14:textId="77777777" w:rsidR="00B46F78" w:rsidRDefault="00000000">
      <w:r>
        <w:t>parent/guardian  of the student.  Any legal costs incurred  by the school  in enforcing  its</w:t>
      </w:r>
    </w:p>
    <w:p w14:paraId="4E11708E" w14:textId="77777777" w:rsidR="00B46F78" w:rsidRDefault="00000000">
      <w:r>
        <w:br w:type="page"/>
      </w:r>
    </w:p>
    <w:p w14:paraId="0E17C42B" w14:textId="47EDDD3E" w:rsidR="00B46F78" w:rsidRDefault="00000000">
      <w:r>
        <w:lastRenderedPageBreak/>
        <w:t>rights shall be for the parent/guardian of the child to bear on the higher scale of</w:t>
      </w:r>
    </w:p>
    <w:p w14:paraId="40CD4B29" w14:textId="77777777" w:rsidR="00B46F78" w:rsidRDefault="00000000">
      <w:r>
        <w:t>attorney and client.</w:t>
      </w:r>
    </w:p>
    <w:p w14:paraId="1EC93DD0" w14:textId="77777777" w:rsidR="00B46F78" w:rsidRDefault="00000000">
      <w:r>
        <w:t>17. During  any such legal proceedings  by virtue  of this agreement,  the parent/guardian  of</w:t>
      </w:r>
    </w:p>
    <w:p w14:paraId="295506D7" w14:textId="77777777" w:rsidR="00B46F78" w:rsidRDefault="00000000">
      <w:r>
        <w:t>the minor  child renounces  any legal exceptions  including  non causa  debiti , error calculi</w:t>
      </w:r>
    </w:p>
    <w:p w14:paraId="3DF43B60" w14:textId="77777777" w:rsidR="00B46F78" w:rsidRDefault="00000000">
      <w:r>
        <w:t>and numeratae pecuniae.</w:t>
      </w:r>
    </w:p>
    <w:p w14:paraId="5D96A079" w14:textId="77777777" w:rsidR="00B46F78" w:rsidRDefault="00000000">
      <w:r>
        <w:t>18. An agreement  with a third party to pay the Fees or any other  sum due to the School</w:t>
      </w:r>
    </w:p>
    <w:p w14:paraId="7697308C" w14:textId="77777777" w:rsidR="00B46F78" w:rsidRDefault="00000000">
      <w:r>
        <w:t>does not release  Parents  from any liability  under  these  terms  and conditions  or affect</w:t>
      </w:r>
    </w:p>
    <w:p w14:paraId="212E6EF6" w14:textId="77777777" w:rsidR="00B46F78" w:rsidRDefault="00000000">
      <w:r>
        <w:t>the operation  of these  terms  and conditions  unless  an express  release  has been given</w:t>
      </w:r>
    </w:p>
    <w:p w14:paraId="0D638FD6" w14:textId="77777777" w:rsidR="00B46F78" w:rsidRDefault="00000000">
      <w:r>
        <w:t>in writing signed by the Principal. The School reserves the right to refuse a payment from</w:t>
      </w:r>
    </w:p>
    <w:p w14:paraId="3F91CE9F" w14:textId="77777777" w:rsidR="00B46F78" w:rsidRDefault="00000000">
      <w:r>
        <w:t>a third party.  All such payments  received  are accepted  in good faith.</w:t>
      </w:r>
    </w:p>
    <w:p w14:paraId="57B08759" w14:textId="77777777" w:rsidR="00B46F78" w:rsidRDefault="00000000">
      <w:r>
        <w:t>19. Parent may withdraw the child from the School by giving the School ONE (1) full</w:t>
      </w:r>
    </w:p>
    <w:p w14:paraId="2A453627" w14:textId="77777777" w:rsidR="00B46F78" w:rsidRDefault="00000000">
      <w:r>
        <w:t>academic term’s notice, failing which the fee deposit SHALL be forfeited. The said</w:t>
      </w:r>
    </w:p>
    <w:p w14:paraId="3C3B4152" w14:textId="77777777" w:rsidR="00B46F78" w:rsidRDefault="00000000">
      <w:r>
        <w:t>notice  shall set out the date of such withdrawal  (‘Withdrawal  Date’),  failing  which  the</w:t>
      </w:r>
    </w:p>
    <w:p w14:paraId="4845C7BF" w14:textId="77777777" w:rsidR="00B46F78" w:rsidRDefault="00000000">
      <w:r>
        <w:t>same shall be deemed  as insufficient  notice.  Please  note that the notice  of withdrawal</w:t>
      </w:r>
    </w:p>
    <w:p w14:paraId="380CC5E0" w14:textId="77777777" w:rsidR="00B46F78" w:rsidRDefault="00000000">
      <w:r>
        <w:t>must straddle  ONE (1) FULL  ACADEMIC  TERM . In amplification  hereof,  the following</w:t>
      </w:r>
    </w:p>
    <w:p w14:paraId="5D0FF3E5" w14:textId="77777777" w:rsidR="00B46F78" w:rsidRDefault="00000000">
      <w:r>
        <w:t>illustrations  of what constitutes  insufficient  notice:</w:t>
      </w:r>
    </w:p>
    <w:p w14:paraId="480C8A02" w14:textId="77777777" w:rsidR="00B46F78" w:rsidRDefault="00000000">
      <w:r>
        <w:t>a) Notice  of withdrawal  must be received  by the School  not later than the end of the</w:t>
      </w:r>
    </w:p>
    <w:p w14:paraId="24174532" w14:textId="77777777" w:rsidR="00B46F78" w:rsidRDefault="00000000">
      <w:r>
        <w:t>first day of the same  academic  term,  failing  which  the deposit  shall be forfeited.</w:t>
      </w:r>
    </w:p>
    <w:p w14:paraId="2BC65A2B" w14:textId="77777777" w:rsidR="00B46F78" w:rsidRDefault="00000000">
      <w:r>
        <w:t>b) If the child is withdrawn  from the School  prior to the Withdrawal  Date.</w:t>
      </w:r>
    </w:p>
    <w:p w14:paraId="737DF6A4" w14:textId="77777777" w:rsidR="00B46F78" w:rsidRDefault="00000000">
      <w:r>
        <w:t>c) If the notice  of withdrawal  does not set out the Withdrawal  Date.</w:t>
      </w:r>
    </w:p>
    <w:p w14:paraId="426BD54F" w14:textId="77777777" w:rsidR="00B46F78" w:rsidRDefault="00000000">
      <w:r>
        <w:t>20. All deposits  paid are under  no circumstances  treated  as payment  of tuition  fees or any</w:t>
      </w:r>
    </w:p>
    <w:p w14:paraId="3DE3088C" w14:textId="77777777" w:rsidR="00B46F78" w:rsidRDefault="00000000">
      <w:r>
        <w:t>part thereof  or any other  payments  required  to be paid and may not be used to set-</w:t>
      </w:r>
    </w:p>
    <w:p w14:paraId="49CBBC53" w14:textId="77777777" w:rsidR="00B46F78" w:rsidRDefault="00000000">
      <w:r>
        <w:t>off any amount  due and payable  by the parent.  The parent  shall pay such additional</w:t>
      </w:r>
    </w:p>
    <w:p w14:paraId="28049159" w14:textId="77777777" w:rsidR="00B46F78" w:rsidRDefault="00000000">
      <w:r>
        <w:t>monies as are necessary to top up the deposit to maintain its equivalence to Two</w:t>
      </w:r>
    </w:p>
    <w:p w14:paraId="5248CAF6" w14:textId="77777777" w:rsidR="00B46F78" w:rsidRDefault="00000000">
      <w:r>
        <w:t>Hundred  United  States  Dollars.</w:t>
      </w:r>
    </w:p>
    <w:p w14:paraId="4D9F3215" w14:textId="77777777" w:rsidR="00B46F78" w:rsidRDefault="00000000">
      <w:r>
        <w:lastRenderedPageBreak/>
        <w:t>21. Parents/Guardians shall be liable for damage to property occasioned by the</w:t>
      </w:r>
    </w:p>
    <w:p w14:paraId="6F512CFD" w14:textId="77777777" w:rsidR="00B46F78" w:rsidRDefault="00000000">
      <w:r>
        <w:t>child/ward  to school  property.  The amount  of any such damage  will be attached  to</w:t>
      </w:r>
    </w:p>
    <w:p w14:paraId="1837CC31" w14:textId="77777777" w:rsidR="00B46F78" w:rsidRDefault="00000000">
      <w:r>
        <w:t>the school  fees invoice  and shall be due and payable  at the same  time as school  fees.</w:t>
      </w:r>
    </w:p>
    <w:p w14:paraId="2FA12508" w14:textId="77777777" w:rsidR="00B46F78" w:rsidRDefault="00000000">
      <w:r>
        <w:t>22. All monies  refundable  under  the conditions  hereof  shall be refunded  free of interest</w:t>
      </w:r>
    </w:p>
    <w:p w14:paraId="54166458" w14:textId="77777777" w:rsidR="00B46F78" w:rsidRDefault="00000000">
      <w:r>
        <w:t>and must be claimed  by the parent  within  one (1) year from the date the child ceases</w:t>
      </w:r>
    </w:p>
    <w:p w14:paraId="7A1465E6" w14:textId="77777777" w:rsidR="00B46F78" w:rsidRDefault="00000000">
      <w:r>
        <w:t>to be a student  of the School.  Failing  this, the parent  consents  and confirms  that the</w:t>
      </w:r>
    </w:p>
    <w:p w14:paraId="7B9611E7" w14:textId="77777777" w:rsidR="00B46F78" w:rsidRDefault="00000000">
      <w:r>
        <w:t>School  shall immediately  transfer  the said monies  into the School  Improvement  Fund.</w:t>
      </w:r>
    </w:p>
    <w:p w14:paraId="4739B3BE" w14:textId="77777777" w:rsidR="00B46F78" w:rsidRDefault="00000000">
      <w:r>
        <w:t>Therefore,  the parent  shall have no claim in respect  of such monies  whatsoever.  The</w:t>
      </w:r>
    </w:p>
    <w:p w14:paraId="0BB15E5D" w14:textId="77777777" w:rsidR="00B46F78" w:rsidRDefault="00000000">
      <w:r>
        <w:t>School  shall be entitled  to utilise  such monies  in the School  Improvement  Fund as the</w:t>
      </w:r>
    </w:p>
    <w:p w14:paraId="2E7DBD33" w14:textId="77777777" w:rsidR="00B46F78" w:rsidRDefault="00000000">
      <w:r>
        <w:t>School deems fit.</w:t>
      </w:r>
    </w:p>
    <w:p w14:paraId="28D015D6" w14:textId="77777777" w:rsidR="00B46F78" w:rsidRDefault="00000000">
      <w:r>
        <w:br w:type="page"/>
      </w:r>
    </w:p>
    <w:p w14:paraId="51E27115" w14:textId="503F2A1A" w:rsidR="00B46F78" w:rsidRDefault="00000000">
      <w:r>
        <w:lastRenderedPageBreak/>
        <w:t xml:space="preserve"> </w:t>
      </w:r>
      <w:proofErr w:type="gramStart"/>
      <w:r>
        <w:t>BEHAVIOUR  AND</w:t>
      </w:r>
      <w:proofErr w:type="gramEnd"/>
      <w:r>
        <w:t xml:space="preserve"> PARTICIPATION</w:t>
      </w:r>
    </w:p>
    <w:p w14:paraId="77191143" w14:textId="77777777" w:rsidR="00B46F78" w:rsidRDefault="00000000">
      <w:r>
        <w:t>23. Parent  understands  that the Student  is expected  to take full part  in the activities  of the</w:t>
      </w:r>
    </w:p>
    <w:p w14:paraId="17B820FE" w14:textId="77777777" w:rsidR="00B46F78" w:rsidRDefault="00000000">
      <w:r>
        <w:t>School,  to attend  punctually  on each school day,  to work  hard, to be  well behaved</w:t>
      </w:r>
    </w:p>
    <w:p w14:paraId="0DD66840" w14:textId="77777777" w:rsidR="00B46F78" w:rsidRDefault="00000000">
      <w:r>
        <w:t>and to comply  with the school  rules about  the wearing  of uniform  as addressed  in the</w:t>
      </w:r>
    </w:p>
    <w:p w14:paraId="756A06A9" w14:textId="77777777" w:rsidR="00B46F78" w:rsidRDefault="00000000">
      <w:r>
        <w:t>dress code.</w:t>
      </w:r>
    </w:p>
    <w:p w14:paraId="7F8E700F" w14:textId="77777777" w:rsidR="00B46F78" w:rsidRDefault="00000000">
      <w:r>
        <w:t>24. Parent  understands  that unless  excused  by the school  on medical  grounds  or other</w:t>
      </w:r>
    </w:p>
    <w:p w14:paraId="166DFA98" w14:textId="77777777" w:rsidR="00B46F78" w:rsidRDefault="00000000">
      <w:r>
        <w:t>compelling  cogent  reasons,  a student  must attend  classes  regularly,  participate  in all</w:t>
      </w:r>
    </w:p>
    <w:p w14:paraId="14335889" w14:textId="77777777" w:rsidR="00B46F78" w:rsidRDefault="00000000">
      <w:r>
        <w:t>relevant  school  or extra and co-curricular  activities  (including  Physical  Education  and</w:t>
      </w:r>
    </w:p>
    <w:p w14:paraId="10D845E8" w14:textId="77777777" w:rsidR="00B46F78" w:rsidRDefault="00000000">
      <w:r>
        <w:t>swimming lessons) and sit for all relevant examinations applicable to the student.</w:t>
      </w:r>
    </w:p>
    <w:p w14:paraId="53FE895B" w14:textId="77777777" w:rsidR="00B46F78" w:rsidRDefault="00000000">
      <w:r>
        <w:t>Parent  consents  to allow their child to participate  in residential  and day out-of-school</w:t>
      </w:r>
    </w:p>
    <w:p w14:paraId="66E84B1D" w14:textId="77777777" w:rsidR="00B46F78" w:rsidRDefault="00000000">
      <w:r>
        <w:t>field or school  trips, theatre  performances  or shows  and that all fees payable,  including</w:t>
      </w:r>
    </w:p>
    <w:p w14:paraId="78967651" w14:textId="77777777" w:rsidR="00B46F78" w:rsidRDefault="00000000">
      <w:r>
        <w:t>expenses  thereby  incurred  will be on the parent’s  or guardian’s  account.  The parent</w:t>
      </w:r>
    </w:p>
    <w:p w14:paraId="3F45F903" w14:textId="77777777" w:rsidR="00B46F78" w:rsidRDefault="00000000">
      <w:r>
        <w:t>also explicitly  indemnifies  the school  in the event  of personal  injury  or harm suffered</w:t>
      </w:r>
    </w:p>
    <w:p w14:paraId="7A6EBE08" w14:textId="77777777" w:rsidR="00B46F78" w:rsidRDefault="00000000">
      <w:r>
        <w:t>whilst  students  partake  in the said of-campus  activities.</w:t>
      </w:r>
    </w:p>
    <w:p w14:paraId="057D1FDD" w14:textId="77777777" w:rsidR="00B46F78" w:rsidRDefault="00000000">
      <w:r>
        <w:t>25. The School  reserves  the right to place the child in a class which  the Principal  of School</w:t>
      </w:r>
    </w:p>
    <w:p w14:paraId="2C3C0494" w14:textId="77777777" w:rsidR="00B46F78" w:rsidRDefault="00000000">
      <w:r>
        <w:t>deems academically  and developmentally  suitable to  the child’s needs at any  time</w:t>
      </w:r>
    </w:p>
    <w:p w14:paraId="15886A73" w14:textId="77777777" w:rsidR="00B46F78" w:rsidRDefault="00000000">
      <w:r>
        <w:t>and from time to time whilst  the child is enrolled  at the School.</w:t>
      </w:r>
    </w:p>
    <w:p w14:paraId="2D687899" w14:textId="77777777" w:rsidR="00B46F78" w:rsidRDefault="00000000">
      <w:r>
        <w:t>26. Parent consents that only English should be spoken on the school grounds except</w:t>
      </w:r>
    </w:p>
    <w:p w14:paraId="1BE74F9D" w14:textId="77777777" w:rsidR="00B46F78" w:rsidRDefault="00000000">
      <w:r>
        <w:t>during  lessons  for another  language.</w:t>
      </w:r>
    </w:p>
    <w:p w14:paraId="13E5FF32" w14:textId="77777777" w:rsidR="00B46F78" w:rsidRDefault="00000000">
      <w:r>
        <w:t>27. There  will be no cheating,  no plagiarism,  no lying, no offensive  language  or blasphemy.</w:t>
      </w:r>
    </w:p>
    <w:p w14:paraId="797BEDBD" w14:textId="77777777" w:rsidR="00B46F78" w:rsidRDefault="00000000">
      <w:r>
        <w:t>Students  may not engage  in rough  horseplay,  bringing  of knives  or other sharp  objects</w:t>
      </w:r>
    </w:p>
    <w:p w14:paraId="225C5DEE" w14:textId="77777777" w:rsidR="00B46F78" w:rsidRDefault="00000000">
      <w:r>
        <w:t>to the school  premises.  Parent  should  note that should  students  bring any dangerous</w:t>
      </w:r>
    </w:p>
    <w:p w14:paraId="4C8C2716" w14:textId="77777777" w:rsidR="00B46F78" w:rsidRDefault="00000000">
      <w:r>
        <w:t>materials  onto school  property  they shall be held liable for the payment  of damages,</w:t>
      </w:r>
    </w:p>
    <w:p w14:paraId="37C4569A" w14:textId="77777777" w:rsidR="00B46F78" w:rsidRDefault="00000000">
      <w:r>
        <w:t>compensatory  or otherwise  resulting  from the use of prohibited  objects.</w:t>
      </w:r>
    </w:p>
    <w:p w14:paraId="023B2319" w14:textId="77777777" w:rsidR="00B46F78" w:rsidRDefault="00000000">
      <w:r>
        <w:t>28. There  shall be no smoking,  no drinking  alcohol  and no using or supplying  illicit drugs.</w:t>
      </w:r>
    </w:p>
    <w:p w14:paraId="31BE1EB2" w14:textId="77777777" w:rsidR="00B46F78" w:rsidRDefault="00000000">
      <w:r>
        <w:lastRenderedPageBreak/>
        <w:t>29. There  shall be no bullying  or stealing,  students  may not litter or chew gum. All students</w:t>
      </w:r>
    </w:p>
    <w:p w14:paraId="65AC5760" w14:textId="77777777" w:rsidR="00B46F78" w:rsidRDefault="00000000">
      <w:r>
        <w:t>should  bring their own food for break  and lunch.  No one is to leave the school  property</w:t>
      </w:r>
    </w:p>
    <w:p w14:paraId="1FA0DE03" w14:textId="77777777" w:rsidR="00B46F78" w:rsidRDefault="00000000">
      <w:r>
        <w:t>before  the end of the school  day or have food delivered  onto the school  premises.</w:t>
      </w:r>
    </w:p>
    <w:p w14:paraId="7971CE49" w14:textId="77777777" w:rsidR="00B46F78" w:rsidRDefault="00000000">
      <w:r>
        <w:t>30. Eating  or drinking  in the classrooms  is strictly  prohibited.  Students  may not use cell</w:t>
      </w:r>
    </w:p>
    <w:p w14:paraId="1E03C560" w14:textId="77777777" w:rsidR="00B46F78" w:rsidRDefault="00000000">
      <w:r>
        <w:t>phones  at school  and may only use laptops/tablets  with the permission  of a teacher.</w:t>
      </w:r>
    </w:p>
    <w:p w14:paraId="11B7BB49" w14:textId="77777777" w:rsidR="00B46F78" w:rsidRDefault="00000000">
      <w:r>
        <w:t>Students  should  not use the staff Wi-fi.</w:t>
      </w:r>
    </w:p>
    <w:p w14:paraId="509896F7" w14:textId="77777777" w:rsidR="00B46F78" w:rsidRDefault="00000000">
      <w:r>
        <w:t>31. The school  must be notified  if a student  is absent.  If a student  is absent  for longer  than</w:t>
      </w:r>
    </w:p>
    <w:p w14:paraId="08E46B75" w14:textId="77777777" w:rsidR="00B46F78" w:rsidRDefault="00000000">
      <w:r>
        <w:t>2 days due to illness,  a doctor’s  note is required  as proof thereof.</w:t>
      </w:r>
    </w:p>
    <w:p w14:paraId="3DFB264B" w14:textId="77777777" w:rsidR="00B46F78" w:rsidRDefault="00000000">
      <w:r>
        <w:br w:type="page"/>
      </w:r>
    </w:p>
    <w:p w14:paraId="66F8ED53" w14:textId="223F1392" w:rsidR="00B46F78" w:rsidRDefault="00000000">
      <w:r>
        <w:lastRenderedPageBreak/>
        <w:t xml:space="preserve">32. Only 6th Form </w:t>
      </w:r>
      <w:proofErr w:type="gramStart"/>
      <w:r>
        <w:t>students  may</w:t>
      </w:r>
      <w:proofErr w:type="gramEnd"/>
      <w:r>
        <w:t xml:space="preserve"> drive </w:t>
      </w:r>
      <w:proofErr w:type="gramStart"/>
      <w:r>
        <w:t>themselves  to</w:t>
      </w:r>
      <w:proofErr w:type="gramEnd"/>
      <w:r>
        <w:t xml:space="preserve"> school.  A student  may only drive after</w:t>
      </w:r>
    </w:p>
    <w:p w14:paraId="76B5806F" w14:textId="77777777" w:rsidR="00B46F78" w:rsidRDefault="00000000">
      <w:r>
        <w:t>a copy of their driver’s  licence  and a permission  form from a parent  has been handed</w:t>
      </w:r>
    </w:p>
    <w:p w14:paraId="2C0D291F" w14:textId="77777777" w:rsidR="00B46F78" w:rsidRDefault="00000000">
      <w:r>
        <w:t>into administration.</w:t>
      </w:r>
    </w:p>
    <w:p w14:paraId="0FEF5B6A" w14:textId="77777777" w:rsidR="00B46F78" w:rsidRDefault="00000000">
      <w:r>
        <w:t>33. Students  are prohibited  from speeding  and playing  loud music  on the school  grounds.</w:t>
      </w:r>
    </w:p>
    <w:p w14:paraId="6C929A1E" w14:textId="77777777" w:rsidR="00B46F78" w:rsidRDefault="00000000">
      <w:r>
        <w:t>Car keys should  be handed  in at Reception  upon arrival  and may only be collected  at</w:t>
      </w:r>
    </w:p>
    <w:p w14:paraId="4F2F5BF8" w14:textId="77777777" w:rsidR="00B46F78" w:rsidRDefault="00000000">
      <w:r>
        <w:t>the end of the school day.</w:t>
      </w:r>
    </w:p>
    <w:p w14:paraId="66E828A9" w14:textId="77777777" w:rsidR="00B46F78" w:rsidRDefault="00000000">
      <w:r>
        <w:t>34. The School  reserves  the right to take remedial  action  against  the child when necessary.</w:t>
      </w:r>
    </w:p>
    <w:p w14:paraId="736CC6FD" w14:textId="77777777" w:rsidR="00B46F78" w:rsidRDefault="00000000">
      <w:r>
        <w:t>Such disciplinary  action  shall come  in the form of:</w:t>
      </w:r>
    </w:p>
    <w:p w14:paraId="2F1AD1D2" w14:textId="77777777" w:rsidR="00B46F78" w:rsidRDefault="00000000">
      <w:r>
        <w:t>a) A written  warning</w:t>
      </w:r>
    </w:p>
    <w:p w14:paraId="32F02D25" w14:textId="77777777" w:rsidR="00B46F78" w:rsidRDefault="00000000">
      <w:r>
        <w:t>b) Sending  the student  home</w:t>
      </w:r>
    </w:p>
    <w:p w14:paraId="4300C5B3" w14:textId="77777777" w:rsidR="00B46F78" w:rsidRDefault="00000000">
      <w:r>
        <w:t>c) A meeting  with the parent/guardian</w:t>
      </w:r>
    </w:p>
    <w:p w14:paraId="0FAD3507" w14:textId="77777777" w:rsidR="00B46F78" w:rsidRDefault="00000000">
      <w:r>
        <w:t>d) Detention  or manual  tasks</w:t>
      </w:r>
    </w:p>
    <w:p w14:paraId="02D80E96" w14:textId="77777777" w:rsidR="00B46F78" w:rsidRDefault="00000000">
      <w:r>
        <w:t>e) Suspension</w:t>
      </w:r>
    </w:p>
    <w:p w14:paraId="35B43715" w14:textId="77777777" w:rsidR="00B46F78" w:rsidRDefault="00000000">
      <w:r>
        <w:t>f) Expulsion</w:t>
      </w:r>
    </w:p>
    <w:p w14:paraId="5DB1E903" w14:textId="77777777" w:rsidR="00B46F78" w:rsidRDefault="00000000">
      <w:r>
        <w:t>35. In addition to the right of expulsion provided in the clause above, the School may</w:t>
      </w:r>
    </w:p>
    <w:p w14:paraId="0D44F468" w14:textId="77777777" w:rsidR="00B46F78" w:rsidRDefault="00000000">
      <w:r>
        <w:t>require  at any time the withdrawal  of a child from the School  for any reason  at the</w:t>
      </w:r>
    </w:p>
    <w:p w14:paraId="2960E4DE" w14:textId="77777777" w:rsidR="00B46F78" w:rsidRDefault="00000000">
      <w:r>
        <w:t>discretion  of the Principal.  Reasons  may include  matters  related  to the child’s  inability</w:t>
      </w:r>
    </w:p>
    <w:p w14:paraId="0538DD23" w14:textId="77777777" w:rsidR="00B46F78" w:rsidRDefault="00000000">
      <w:r>
        <w:t>to participate  in or benefit  fully from the School’s  curriculum  or if there is a breach  by</w:t>
      </w:r>
    </w:p>
    <w:p w14:paraId="71883BF0" w14:textId="77777777" w:rsidR="00B46F78" w:rsidRDefault="00000000">
      <w:r>
        <w:t>the parent  or the child of any matters  or things  set out herein.</w:t>
      </w:r>
    </w:p>
    <w:p w14:paraId="1270572F" w14:textId="77777777" w:rsidR="00B46F78" w:rsidRDefault="00000000">
      <w:r>
        <w:t>DRESS  CODE</w:t>
      </w:r>
    </w:p>
    <w:p w14:paraId="7ACD5640" w14:textId="77777777" w:rsidR="00B46F78" w:rsidRDefault="00000000">
      <w:r>
        <w:t>36. Parent  undertakes  that all students  should  be neat and dressed  in the correct  uniform</w:t>
      </w:r>
    </w:p>
    <w:p w14:paraId="3272CD96" w14:textId="77777777" w:rsidR="00B46F78" w:rsidRDefault="00000000">
      <w:r>
        <w:t>as per the uniform  list.</w:t>
      </w:r>
    </w:p>
    <w:p w14:paraId="7945C28A" w14:textId="77777777" w:rsidR="00B46F78" w:rsidRDefault="00000000">
      <w:r>
        <w:t>37. Girls’ hair should  be in their natural  colour  with no added  highlights,  colour  or beads,</w:t>
      </w:r>
    </w:p>
    <w:p w14:paraId="04451A2D" w14:textId="77777777" w:rsidR="00B46F78" w:rsidRDefault="00000000">
      <w:r>
        <w:t>braids  may be no thicker  than 1cm with a maximum  permitted  length  of just below  the</w:t>
      </w:r>
    </w:p>
    <w:p w14:paraId="6A09F581" w14:textId="77777777" w:rsidR="00B46F78" w:rsidRDefault="00000000">
      <w:r>
        <w:lastRenderedPageBreak/>
        <w:t>shoulder  blades.  Long hair should  be tied at the back of the head or at the nape of</w:t>
      </w:r>
    </w:p>
    <w:p w14:paraId="1B1C48CE" w14:textId="77777777" w:rsidR="00B46F78" w:rsidRDefault="00000000">
      <w:r>
        <w:t>the neck and hair elastics  should  be plain.</w:t>
      </w:r>
    </w:p>
    <w:p w14:paraId="2721D2BD" w14:textId="77777777" w:rsidR="00B46F78" w:rsidRDefault="00000000">
      <w:r>
        <w:t>38. Primary  students  can wear black or red scrunches  and the senior  students  can wear</w:t>
      </w:r>
    </w:p>
    <w:p w14:paraId="579E7693" w14:textId="77777777" w:rsidR="00B46F78" w:rsidRDefault="00000000">
      <w:r>
        <w:t>black or maroon.  Only plain clips can be worn if necessary  for neatness.</w:t>
      </w:r>
    </w:p>
    <w:p w14:paraId="7537BE0A" w14:textId="77777777" w:rsidR="00B46F78" w:rsidRDefault="00000000">
      <w:r>
        <w:t>39. Parents  undertake  that no student  shall wear make-up, nail polish  or jewellery.</w:t>
      </w:r>
    </w:p>
    <w:p w14:paraId="76828143" w14:textId="77777777" w:rsidR="00B46F78" w:rsidRDefault="00000000">
      <w:r>
        <w:t>40. Boys must be clean-shaven.  Hair should  be short and above  the collar  and ears and</w:t>
      </w:r>
    </w:p>
    <w:p w14:paraId="07A5DC75" w14:textId="77777777" w:rsidR="00B46F78" w:rsidRDefault="00000000">
      <w:r>
        <w:t>be in their natural colour. No razor patterns, fades or hair gel is permitted and no</w:t>
      </w:r>
    </w:p>
    <w:p w14:paraId="01072463" w14:textId="77777777" w:rsidR="00B46F78" w:rsidRDefault="00000000">
      <w:r>
        <w:t>jewellery  is to be worn.</w:t>
      </w:r>
    </w:p>
    <w:p w14:paraId="0A0BA011" w14:textId="77777777" w:rsidR="00B46F78" w:rsidRDefault="00000000">
      <w:r>
        <w:br w:type="page"/>
      </w:r>
    </w:p>
    <w:p w14:paraId="7B086532" w14:textId="68DE7FA2" w:rsidR="00B46F78" w:rsidRDefault="00000000">
      <w:proofErr w:type="gramStart"/>
      <w:r>
        <w:lastRenderedPageBreak/>
        <w:t>HEALTH  AND</w:t>
      </w:r>
      <w:proofErr w:type="gramEnd"/>
      <w:r>
        <w:t xml:space="preserve"> SAFETY</w:t>
      </w:r>
    </w:p>
    <w:p w14:paraId="0C1F1D46" w14:textId="77777777" w:rsidR="00B46F78" w:rsidRDefault="00000000">
      <w:r>
        <w:t>41. A Parent  may request  permission  to take their child from school  during  the day or for</w:t>
      </w:r>
    </w:p>
    <w:p w14:paraId="20B2CA18" w14:textId="77777777" w:rsidR="00B46F78" w:rsidRDefault="00000000">
      <w:r>
        <w:t>periods  of up to one week for family  events  and urgent  appointments.  These  include,</w:t>
      </w:r>
    </w:p>
    <w:p w14:paraId="05FFAF06" w14:textId="77777777" w:rsidR="00B46F78" w:rsidRDefault="00000000">
      <w:r>
        <w:t>but are not limited  to, medical  appointments,  and cultural  or religious  celebrations.  The</w:t>
      </w:r>
    </w:p>
    <w:p w14:paraId="3CEA246A" w14:textId="77777777" w:rsidR="00B46F78" w:rsidRDefault="00000000">
      <w:r>
        <w:t>school will approve any reasonable requests (at the School’s discretion) for such</w:t>
      </w:r>
    </w:p>
    <w:p w14:paraId="7D83C8ED" w14:textId="77777777" w:rsidR="00B46F78" w:rsidRDefault="00000000">
      <w:r>
        <w:t>absences and the parent will not be entitled to make any claim against the school</w:t>
      </w:r>
    </w:p>
    <w:p w14:paraId="43C024CF" w14:textId="77777777" w:rsidR="00B46F78" w:rsidRDefault="00000000">
      <w:r>
        <w:t>arising  from such approval.</w:t>
      </w:r>
    </w:p>
    <w:p w14:paraId="3D50E4A7" w14:textId="77777777" w:rsidR="00B46F78" w:rsidRDefault="00000000">
      <w:r>
        <w:t>42. In the interest  of the child and/or  other students  of the School,  the Principal  may at her</w:t>
      </w:r>
    </w:p>
    <w:p w14:paraId="6360B122" w14:textId="77777777" w:rsidR="00B46F78" w:rsidRDefault="00000000">
      <w:r>
        <w:t>discretion  prohibit  the child from attending  the School  for such a period  as she deems</w:t>
      </w:r>
    </w:p>
    <w:p w14:paraId="0F7856B9" w14:textId="77777777" w:rsidR="00B46F78" w:rsidRDefault="00000000">
      <w:r>
        <w:t>necessary  in the event  of the child having  a contagious  or infectious  disease  or illness</w:t>
      </w:r>
    </w:p>
    <w:p w14:paraId="16A3A3DE" w14:textId="77777777" w:rsidR="00B46F78" w:rsidRDefault="00000000">
      <w:r>
        <w:t>or in the event  of an outbreak  of a contagious  or infectious  disease  or illness  at the</w:t>
      </w:r>
    </w:p>
    <w:p w14:paraId="1ED23904" w14:textId="77777777" w:rsidR="00B46F78" w:rsidRDefault="00000000">
      <w:r>
        <w:t>School  regardless  of whether  the child is infected  or otherwise.  Parents  must comply</w:t>
      </w:r>
    </w:p>
    <w:p w14:paraId="01E21F3B" w14:textId="77777777" w:rsidR="00B46F78" w:rsidRDefault="00000000">
      <w:r>
        <w:t>with the quarantine  regulations  made  by any School  medical  officer  or any medical</w:t>
      </w:r>
    </w:p>
    <w:p w14:paraId="5AD4C691" w14:textId="77777777" w:rsidR="00B46F78" w:rsidRDefault="00000000">
      <w:r>
        <w:t>practitioner  at any particular  time. The parent  or child shall have no claim against  the</w:t>
      </w:r>
    </w:p>
    <w:p w14:paraId="2FD281FE" w14:textId="77777777" w:rsidR="00B46F78" w:rsidRDefault="00000000">
      <w:r>
        <w:t>School  arising  from such action  taken  by the Principal.</w:t>
      </w:r>
    </w:p>
    <w:p w14:paraId="39D1CB89" w14:textId="77777777" w:rsidR="00B46F78" w:rsidRDefault="00000000">
      <w:r>
        <w:t>43. Parent gives his/her consent that in case of emergency, where neither parent or</w:t>
      </w:r>
    </w:p>
    <w:p w14:paraId="407A0D94" w14:textId="77777777" w:rsidR="00B46F78" w:rsidRDefault="00000000">
      <w:r>
        <w:t>guardian can be contacted or contacted in time, the Principal may authorise the</w:t>
      </w:r>
    </w:p>
    <w:p w14:paraId="2567B332" w14:textId="77777777" w:rsidR="00B46F78" w:rsidRDefault="00000000">
      <w:r>
        <w:t>medical  examination  of the child, the calling  of further  medical  or specialist  advice,  or</w:t>
      </w:r>
    </w:p>
    <w:p w14:paraId="16524322" w14:textId="77777777" w:rsidR="00B46F78" w:rsidRDefault="00000000">
      <w:r>
        <w:t>send the child to a clinic/medical  centre/hospital  All costs for the emergency  medical</w:t>
      </w:r>
    </w:p>
    <w:p w14:paraId="6CE62B24" w14:textId="77777777" w:rsidR="00B46F78" w:rsidRDefault="00000000">
      <w:r>
        <w:t>treatment  shall be borne  by the parents/guardians  wholly  or in such event  indemnify</w:t>
      </w:r>
    </w:p>
    <w:p w14:paraId="55120255" w14:textId="77777777" w:rsidR="00B46F78" w:rsidRDefault="00000000">
      <w:r>
        <w:t>the school for such payment.</w:t>
      </w:r>
    </w:p>
    <w:p w14:paraId="2EF05344" w14:textId="77777777" w:rsidR="00B46F78" w:rsidRDefault="00000000">
      <w:r>
        <w:t>44. Under such circumstance where the safety of the child is top priority, the</w:t>
      </w:r>
    </w:p>
    <w:p w14:paraId="54B7301E" w14:textId="77777777" w:rsidR="00B46F78" w:rsidRDefault="00000000">
      <w:r>
        <w:t>parents/guardians shall not hold the School or  related  companies or its staff responsible</w:t>
      </w:r>
    </w:p>
    <w:p w14:paraId="12BDD5A1" w14:textId="77777777" w:rsidR="00B46F78" w:rsidRDefault="00000000">
      <w:r>
        <w:t>for such medical  treatment  administered  with whatever  consequences.</w:t>
      </w:r>
    </w:p>
    <w:p w14:paraId="17B93617" w14:textId="77777777" w:rsidR="00B46F78" w:rsidRDefault="00000000">
      <w:r>
        <w:t>45. Parent gives his/her consent to such physical contact as may accord with good</w:t>
      </w:r>
    </w:p>
    <w:p w14:paraId="375CD777" w14:textId="77777777" w:rsidR="00B46F78" w:rsidRDefault="00000000">
      <w:r>
        <w:lastRenderedPageBreak/>
        <w:t>practice  and be appropriate  and proper  for teaching  and instruction  and for providing</w:t>
      </w:r>
    </w:p>
    <w:p w14:paraId="7FC2B22A" w14:textId="77777777" w:rsidR="00B46F78" w:rsidRDefault="00000000">
      <w:r>
        <w:t>comfort  to a student  in distress  or to maintain  safety  and good order,  or in connection</w:t>
      </w:r>
    </w:p>
    <w:p w14:paraId="6B39EF77" w14:textId="77777777" w:rsidR="00B46F78" w:rsidRDefault="00000000">
      <w:r>
        <w:t>with the Student’s  health  and welfare.</w:t>
      </w:r>
    </w:p>
    <w:p w14:paraId="28A48BF6" w14:textId="77777777" w:rsidR="00B46F78" w:rsidRDefault="00000000">
      <w:r>
        <w:t>46. Parents  also consent  to their child participating  in contact  and non-contact  sports  and</w:t>
      </w:r>
    </w:p>
    <w:p w14:paraId="4B9A2D37" w14:textId="77777777" w:rsidR="00B46F78" w:rsidRDefault="00000000">
      <w:r>
        <w:t>other activities as part of the normal School and extra -curricular programme and</w:t>
      </w:r>
    </w:p>
    <w:p w14:paraId="74C57071" w14:textId="77777777" w:rsidR="00B46F78" w:rsidRDefault="00000000">
      <w:r>
        <w:t>acknowledge that while the School will provide appropriate supervision the risk of  injury</w:t>
      </w:r>
    </w:p>
    <w:p w14:paraId="55779A9B" w14:textId="77777777" w:rsidR="00B46F78" w:rsidRDefault="00000000">
      <w:r>
        <w:t>cannot be eliminated.</w:t>
      </w:r>
    </w:p>
    <w:p w14:paraId="68731A60" w14:textId="77777777" w:rsidR="00B46F78" w:rsidRDefault="00000000">
      <w:r>
        <w:t>TRANSPORT</w:t>
      </w:r>
    </w:p>
    <w:p w14:paraId="22C7CE90" w14:textId="77777777" w:rsidR="00B46F78" w:rsidRDefault="00000000">
      <w:r>
        <w:t>47. Transport  fare fees shall be paid in full in order  for a student  to secure  a seat in the</w:t>
      </w:r>
    </w:p>
    <w:p w14:paraId="664C1D30" w14:textId="77777777" w:rsidR="00B46F78" w:rsidRDefault="00000000">
      <w:r>
        <w:t>school bus.</w:t>
      </w:r>
    </w:p>
    <w:p w14:paraId="1108A118" w14:textId="77777777" w:rsidR="00B46F78" w:rsidRDefault="00000000">
      <w:r>
        <w:br w:type="page"/>
      </w:r>
    </w:p>
    <w:p w14:paraId="1318C35A" w14:textId="3AD36183" w:rsidR="00B46F78" w:rsidRDefault="00000000">
      <w:r>
        <w:lastRenderedPageBreak/>
        <w:t xml:space="preserve">48. </w:t>
      </w:r>
      <w:proofErr w:type="gramStart"/>
      <w:r>
        <w:t>Parent  gives</w:t>
      </w:r>
      <w:proofErr w:type="gramEnd"/>
      <w:r>
        <w:t xml:space="preserve"> their </w:t>
      </w:r>
      <w:proofErr w:type="gramStart"/>
      <w:r>
        <w:t>explicit  consent</w:t>
      </w:r>
      <w:proofErr w:type="gramEnd"/>
      <w:r>
        <w:t xml:space="preserve">  to the </w:t>
      </w:r>
      <w:proofErr w:type="gramStart"/>
      <w:r>
        <w:t>school  to</w:t>
      </w:r>
      <w:proofErr w:type="gramEnd"/>
      <w:r>
        <w:t xml:space="preserve"> </w:t>
      </w:r>
      <w:proofErr w:type="gramStart"/>
      <w:r>
        <w:t>transport  students</w:t>
      </w:r>
      <w:proofErr w:type="gramEnd"/>
      <w:r>
        <w:t xml:space="preserve">  via </w:t>
      </w:r>
      <w:proofErr w:type="gramStart"/>
      <w:r>
        <w:t>school  bus</w:t>
      </w:r>
      <w:proofErr w:type="gramEnd"/>
      <w:r>
        <w:t xml:space="preserve"> to</w:t>
      </w:r>
    </w:p>
    <w:p w14:paraId="380B1EED" w14:textId="77777777" w:rsidR="00B46F78" w:rsidRDefault="00000000">
      <w:r>
        <w:t>and from the school.  Parents  who exercise  this option  indemnify  the school  of liability  in</w:t>
      </w:r>
    </w:p>
    <w:p w14:paraId="1DAE2BAA" w14:textId="77777777" w:rsidR="00B46F78" w:rsidRDefault="00000000">
      <w:r>
        <w:t>circumstances of death, personal injury or any loss or damage suffered due to</w:t>
      </w:r>
    </w:p>
    <w:p w14:paraId="3DCDC9C3" w14:textId="77777777" w:rsidR="00B46F78" w:rsidRDefault="00000000">
      <w:r>
        <w:t>accident  and or as a result  of any unforeseeable  road activity.</w:t>
      </w:r>
    </w:p>
    <w:p w14:paraId="1AC20FBD" w14:textId="77777777" w:rsidR="00B46F78" w:rsidRDefault="00000000">
      <w:r>
        <w:t>49. Parent  confirms  and agrees  that the School  shall not be liable for any death,  personal</w:t>
      </w:r>
    </w:p>
    <w:p w14:paraId="21E28D98" w14:textId="77777777" w:rsidR="00B46F78" w:rsidRDefault="00000000">
      <w:r>
        <w:t>injury  or any loss or damage  of any kind whatsoever  which  the child may sustain  on his</w:t>
      </w:r>
    </w:p>
    <w:p w14:paraId="0B5EC216" w14:textId="77777777" w:rsidR="00B46F78" w:rsidRDefault="00000000">
      <w:r>
        <w:t>person  or property  at any time either  within  the School  premises  or elsewhere  which  is</w:t>
      </w:r>
    </w:p>
    <w:p w14:paraId="4D486C81" w14:textId="77777777" w:rsidR="00B46F78" w:rsidRDefault="00000000">
      <w:r>
        <w:t>not attributable to the negligence of the School, its officers or employees. Parent</w:t>
      </w:r>
    </w:p>
    <w:p w14:paraId="6E7778A3" w14:textId="77777777" w:rsidR="00B46F78" w:rsidRDefault="00000000">
      <w:r>
        <w:t>explicitly  indemnifies  school  of any wrongdoing  should  personal  injury  or loss result  due</w:t>
      </w:r>
    </w:p>
    <w:p w14:paraId="785BF501" w14:textId="77777777" w:rsidR="00B46F78" w:rsidRDefault="00000000">
      <w:r>
        <w:t>to the student  carrying  out unauthorised/negligent/illegal  action  be it on or off school</w:t>
      </w:r>
    </w:p>
    <w:p w14:paraId="7AD327DD" w14:textId="77777777" w:rsidR="00B46F78" w:rsidRDefault="00000000">
      <w:r>
        <w:t>grounds.</w:t>
      </w:r>
    </w:p>
    <w:p w14:paraId="11AD36E9" w14:textId="77777777" w:rsidR="00B46F78" w:rsidRDefault="00000000">
      <w:r>
        <w:t>50. Students  are responsible  for the security  and safe use of all personal  property  and are</w:t>
      </w:r>
    </w:p>
    <w:p w14:paraId="3D20323B" w14:textId="77777777" w:rsidR="00B46F78" w:rsidRDefault="00000000">
      <w:r>
        <w:t>responsible  for ensuring  that all such property  is clearly  marked  with the owner’s  name.</w:t>
      </w:r>
    </w:p>
    <w:p w14:paraId="1733D402" w14:textId="77777777" w:rsidR="00B46F78" w:rsidRDefault="00000000">
      <w:r>
        <w:t>51. Students are responsible for the safe condition and use of all digital &amp; electronic</w:t>
      </w:r>
    </w:p>
    <w:p w14:paraId="3A590AA6" w14:textId="77777777" w:rsidR="00B46F78" w:rsidRDefault="00000000">
      <w:r>
        <w:t>appliances  that they bring on to school  premises.</w:t>
      </w:r>
    </w:p>
    <w:p w14:paraId="04FA4572" w14:textId="77777777" w:rsidR="00B46F78" w:rsidRDefault="00000000">
      <w:r>
        <w:t>BOARDING  SCHOOL</w:t>
      </w:r>
    </w:p>
    <w:p w14:paraId="1046D04D" w14:textId="77777777" w:rsidR="00B46F78" w:rsidRDefault="00000000">
      <w:r>
        <w:t>52. School  fees for all boarders  shall be paid in full without  any deductions  or subtractions</w:t>
      </w:r>
    </w:p>
    <w:p w14:paraId="07B1E20F" w14:textId="77777777" w:rsidR="00B46F78" w:rsidRDefault="00000000">
      <w:r>
        <w:t>before  the school  term commences.  These  fees shall not be subject  to fee structures  or</w:t>
      </w:r>
    </w:p>
    <w:p w14:paraId="4E3A02E2" w14:textId="77777777" w:rsidR="00B46F78" w:rsidRDefault="00000000">
      <w:r>
        <w:t>staggered terms of payment.</w:t>
      </w:r>
    </w:p>
    <w:p w14:paraId="228D831A" w14:textId="77777777" w:rsidR="00B46F78" w:rsidRDefault="00000000">
      <w:r>
        <w:t>53. Boarding  fees shall constitute  a separate  invoice  item on the fee statement  serving  as</w:t>
      </w:r>
    </w:p>
    <w:p w14:paraId="29EB3E9C" w14:textId="77777777" w:rsidR="00B46F78" w:rsidRDefault="00000000">
      <w:r>
        <w:t>an additional cost  to normal school fees.</w:t>
      </w:r>
    </w:p>
    <w:p w14:paraId="40CDA90F" w14:textId="77777777" w:rsidR="00B46F78" w:rsidRDefault="00000000">
      <w:r>
        <w:t>54. Boarding  students  are to bring only the items stipulated  as being allowable  on to school</w:t>
      </w:r>
    </w:p>
    <w:p w14:paraId="2CDB7BBE" w14:textId="77777777" w:rsidR="00B46F78" w:rsidRDefault="00000000">
      <w:r>
        <w:t>premises.</w:t>
      </w:r>
    </w:p>
    <w:p w14:paraId="7B26F2F3" w14:textId="77777777" w:rsidR="00B46F78" w:rsidRDefault="00000000">
      <w:r>
        <w:t>55. The supply  or possession  of contraband  materials  by boarding  school  students  will lead</w:t>
      </w:r>
    </w:p>
    <w:p w14:paraId="204346B2" w14:textId="77777777" w:rsidR="00B46F78" w:rsidRDefault="00000000">
      <w:r>
        <w:lastRenderedPageBreak/>
        <w:t>to confiscation  by the school  with these  items  only being  returned  on the final day of</w:t>
      </w:r>
    </w:p>
    <w:p w14:paraId="4FFBDC3A" w14:textId="77777777" w:rsidR="00B46F78" w:rsidRDefault="00000000">
      <w:r>
        <w:t>the term.</w:t>
      </w:r>
    </w:p>
    <w:p w14:paraId="0C3C7471" w14:textId="77777777" w:rsidR="00B46F78" w:rsidRDefault="00000000">
      <w:r>
        <w:t>56. All school  rules as outlined  in the Behaviour  &amp; Participation  section  of these  terms  and</w:t>
      </w:r>
    </w:p>
    <w:p w14:paraId="064BBE97" w14:textId="77777777" w:rsidR="00B46F78" w:rsidRDefault="00000000">
      <w:r>
        <w:t>conditions  list shall also apply  to boarding  school  students.</w:t>
      </w:r>
    </w:p>
    <w:p w14:paraId="22DB486D" w14:textId="77777777" w:rsidR="00B46F78" w:rsidRDefault="00000000">
      <w:r>
        <w:br w:type="page"/>
      </w:r>
    </w:p>
    <w:p w14:paraId="51763F75" w14:textId="02D9F011" w:rsidR="00B46F78" w:rsidRDefault="00000000">
      <w:proofErr w:type="gramStart"/>
      <w:r>
        <w:lastRenderedPageBreak/>
        <w:t>I,</w:t>
      </w:r>
      <w:r w:rsidR="007763F3">
        <w:t>_</w:t>
      </w:r>
      <w:proofErr w:type="gramEnd"/>
      <w:r w:rsidR="007763F3">
        <w:t>____________________________________________________________________________</w:t>
      </w:r>
      <w:r>
        <w:t xml:space="preserve">   the </w:t>
      </w:r>
      <w:proofErr w:type="gramStart"/>
      <w:r>
        <w:t>undersigned,  have</w:t>
      </w:r>
      <w:proofErr w:type="gramEnd"/>
      <w:r>
        <w:t xml:space="preserve"> read the </w:t>
      </w:r>
      <w:proofErr w:type="gramStart"/>
      <w:r>
        <w:t>school  information</w:t>
      </w:r>
      <w:proofErr w:type="gramEnd"/>
    </w:p>
    <w:p w14:paraId="406D5EBE" w14:textId="77777777" w:rsidR="00B46F78" w:rsidRDefault="00000000">
      <w:r>
        <w:t>and regulations.  I agree  with and will abide  by these.  Student  Name  (s):</w:t>
      </w:r>
    </w:p>
    <w:p w14:paraId="3ED886CD" w14:textId="7D768012" w:rsidR="00B46F78" w:rsidRDefault="00000000">
      <w:r>
        <w:t>1.</w:t>
      </w:r>
      <w:r w:rsidR="004F2AB6">
        <w:t>___________________________________________________________________________________</w:t>
      </w:r>
    </w:p>
    <w:p w14:paraId="13B82FE8" w14:textId="7B9F6BB5" w:rsidR="00B46F78" w:rsidRDefault="00000000">
      <w:r>
        <w:t>2.</w:t>
      </w:r>
      <w:r w:rsidR="004F2AB6">
        <w:t>___________________________________________________________________________________</w:t>
      </w:r>
    </w:p>
    <w:p w14:paraId="1C128B0F" w14:textId="1FCECF24" w:rsidR="00B46F78" w:rsidRDefault="00000000">
      <w:r>
        <w:t>3.</w:t>
      </w:r>
      <w:r w:rsidR="004F2AB6">
        <w:t>___________________________________________________________________________________</w:t>
      </w:r>
    </w:p>
    <w:p w14:paraId="0E6D85A2" w14:textId="5B7B2AC2" w:rsidR="00B46F78" w:rsidRDefault="00000000">
      <w:r>
        <w:t>4.</w:t>
      </w:r>
      <w:r w:rsidR="004F2AB6">
        <w:t>___________________________________________________________________________________</w:t>
      </w:r>
    </w:p>
    <w:p w14:paraId="2B0CE13F" w14:textId="77777777" w:rsidR="004F2AB6" w:rsidRDefault="00000000">
      <w:r>
        <w:t xml:space="preserve">Parent/Guardian </w:t>
      </w:r>
      <w:proofErr w:type="gramStart"/>
      <w:r>
        <w:t>Signature:</w:t>
      </w:r>
      <w:r w:rsidR="004F2AB6">
        <w:t>_</w:t>
      </w:r>
      <w:proofErr w:type="gramEnd"/>
      <w:r w:rsidR="004F2AB6">
        <w:t>___________________________________________________</w:t>
      </w:r>
      <w:proofErr w:type="gramStart"/>
      <w:r w:rsidR="004F2AB6">
        <w:t>_</w:t>
      </w:r>
      <w:r>
        <w:t xml:space="preserve">  Date</w:t>
      </w:r>
      <w:proofErr w:type="gramEnd"/>
      <w:r>
        <w:t>:</w:t>
      </w:r>
      <w:r w:rsidR="004F2AB6">
        <w:t>__________________________</w:t>
      </w:r>
    </w:p>
    <w:p w14:paraId="6DAE30CD" w14:textId="77777777" w:rsidR="004F2AB6" w:rsidRDefault="004F2AB6"/>
    <w:p w14:paraId="7EF0E224" w14:textId="77777777" w:rsidR="004F2AB6" w:rsidRDefault="004F2AB6"/>
    <w:p w14:paraId="6208C233" w14:textId="4966FA02" w:rsidR="00B46F78" w:rsidRDefault="004F2AB6">
      <w:r>
        <w:t xml:space="preserve">TUTORIAL </w:t>
      </w:r>
      <w:proofErr w:type="gramStart"/>
      <w:r>
        <w:t>HOME</w:t>
      </w:r>
      <w:r w:rsidR="00000000">
        <w:t xml:space="preserve">  ADMISSIONS</w:t>
      </w:r>
      <w:proofErr w:type="gramEnd"/>
    </w:p>
    <w:p w14:paraId="6B4E518A" w14:textId="77777777" w:rsidR="004F2AB6" w:rsidRDefault="004F2AB6"/>
    <w:p w14:paraId="40B105DD" w14:textId="77777777" w:rsidR="004F2AB6" w:rsidRDefault="004F2AB6" w:rsidP="004F2AB6">
      <w:pPr>
        <w:rPr>
          <w:b/>
          <w:bCs/>
        </w:rPr>
      </w:pPr>
      <w:r w:rsidRPr="00A30B98">
        <w:rPr>
          <w:b/>
          <w:bCs/>
        </w:rPr>
        <w:t>Contact Details: -</w:t>
      </w:r>
    </w:p>
    <w:p w14:paraId="623ABF3B" w14:textId="77777777" w:rsidR="004F2AB6" w:rsidRPr="00A30B98" w:rsidRDefault="004F2AB6" w:rsidP="004F2AB6">
      <w:r>
        <w:t>1 Harare Drive and Borrowdale Rd, Harare</w:t>
      </w:r>
    </w:p>
    <w:p w14:paraId="02C7335F" w14:textId="77777777" w:rsidR="004F2AB6" w:rsidRPr="00A30B98" w:rsidRDefault="004F2AB6" w:rsidP="004F2AB6">
      <w:r w:rsidRPr="00A30B98">
        <w:t xml:space="preserve">0786700990, 0772901243, 0777463462, 0716959452 </w:t>
      </w:r>
    </w:p>
    <w:p w14:paraId="2F0A7D6F" w14:textId="77777777" w:rsidR="004F2AB6" w:rsidRPr="00A30B98" w:rsidRDefault="004F2AB6" w:rsidP="004F2AB6">
      <w:hyperlink r:id="rId10" w:history="1">
        <w:r w:rsidRPr="00A30B98">
          <w:rPr>
            <w:rStyle w:val="Hyperlink"/>
          </w:rPr>
          <w:t>admin@tutorialhomeschool.co.zw</w:t>
        </w:r>
      </w:hyperlink>
      <w:r w:rsidRPr="00A30B98">
        <w:t xml:space="preserve">, </w:t>
      </w:r>
      <w:hyperlink r:id="rId11" w:history="1">
        <w:r w:rsidRPr="00A30B98">
          <w:rPr>
            <w:rStyle w:val="Hyperlink"/>
          </w:rPr>
          <w:t>enquires@tutorialhomeschool.co.zw</w:t>
        </w:r>
      </w:hyperlink>
    </w:p>
    <w:p w14:paraId="744CC867" w14:textId="407ACE76" w:rsidR="004F2AB6" w:rsidRDefault="004F2AB6" w:rsidP="004F2AB6">
      <w:hyperlink r:id="rId12" w:history="1">
        <w:r w:rsidRPr="00A30B98">
          <w:rPr>
            <w:rStyle w:val="Hyperlink"/>
          </w:rPr>
          <w:t>www.tutorialhomeschool.co.zw</w:t>
        </w:r>
      </w:hyperlink>
    </w:p>
    <w:sectPr w:rsidR="004F2AB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4653487">
    <w:abstractNumId w:val="8"/>
  </w:num>
  <w:num w:numId="2" w16cid:durableId="831062787">
    <w:abstractNumId w:val="6"/>
  </w:num>
  <w:num w:numId="3" w16cid:durableId="1384327304">
    <w:abstractNumId w:val="5"/>
  </w:num>
  <w:num w:numId="4" w16cid:durableId="1349137433">
    <w:abstractNumId w:val="4"/>
  </w:num>
  <w:num w:numId="5" w16cid:durableId="1582830571">
    <w:abstractNumId w:val="7"/>
  </w:num>
  <w:num w:numId="6" w16cid:durableId="1240671763">
    <w:abstractNumId w:val="3"/>
  </w:num>
  <w:num w:numId="7" w16cid:durableId="1810782818">
    <w:abstractNumId w:val="2"/>
  </w:num>
  <w:num w:numId="8" w16cid:durableId="646208360">
    <w:abstractNumId w:val="1"/>
  </w:num>
  <w:num w:numId="9" w16cid:durableId="552347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69D6"/>
    <w:rsid w:val="0029639D"/>
    <w:rsid w:val="00326F90"/>
    <w:rsid w:val="004F2AB6"/>
    <w:rsid w:val="007763F3"/>
    <w:rsid w:val="00AA1D8D"/>
    <w:rsid w:val="00B46F78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D47761"/>
  <w14:defaultImageDpi w14:val="300"/>
  <w15:docId w15:val="{2D32C310-C576-4933-B4EC-7F6B8638B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7763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quires@tutorialhomeschool.co.zw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dmin@tutorialhomeschool.co.zw" TargetMode="External"/><Relationship Id="rId12" Type="http://schemas.openxmlformats.org/officeDocument/2006/relationships/hyperlink" Target="http://www.tutorialhomeschool.co.zw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enquires@tutorialhomeschool.co.zw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dmin@tutorialhomeschool.co.zw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utorialhomeschool.co.z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16</Pages>
  <Words>2875</Words>
  <Characters>16388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19225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Carlington Kwinjo</cp:lastModifiedBy>
  <cp:revision>2</cp:revision>
  <dcterms:created xsi:type="dcterms:W3CDTF">2013-12-23T23:15:00Z</dcterms:created>
  <dcterms:modified xsi:type="dcterms:W3CDTF">2026-09-08T09:27:00Z</dcterms:modified>
  <cp:category/>
</cp:coreProperties>
</file>